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inquiry questionnaire</w:t>
      </w:r>
    </w:p>
    <w:p>
      <w:pPr>
        <w:pStyle w:val="Subtitle"/>
      </w:pPr>
      <w:r>
        <w:t>Fictional filled example</w:t>
      </w:r>
    </w:p>
    <w:p>
      <w:r>
        <w:t>Collect the information you need before preparing a first quote. Write To confirm where a detail is missing. A completed questionnaire is a request for review, not a confirmed booking or an approved quote.</w:t>
      </w:r>
    </w:p>
    <w:p>
      <w:r>
        <w:t>Every name and detail is invented for training. No booking or payment is confirmed.</w:t>
      </w:r>
    </w:p>
    <w:p>
      <w:pPr>
        <w:pStyle w:val="Heading1"/>
      </w:pPr>
      <w:r>
        <w:t>Customer and event</w:t>
      </w:r>
    </w:p>
    <w:p>
      <w:pPr>
        <w:spacing w:after="140"/>
      </w:pPr>
      <w:r>
        <w:rPr>
          <w:b/>
        </w:rPr>
        <w:t xml:space="preserve">Catering business  </w:t>
      </w:r>
      <w:r>
        <w:t>Practice Catering   Fictional training business</w:t>
      </w:r>
    </w:p>
    <w:p>
      <w:pPr>
        <w:spacing w:after="140"/>
      </w:pPr>
      <w:r>
        <w:rPr>
          <w:b/>
        </w:rPr>
        <w:t xml:space="preserve">Inquiry reference and recorded date  </w:t>
      </w:r>
      <w:r>
        <w:t>CEDAR-TRAINING-01   October 23, 2026</w:t>
      </w:r>
    </w:p>
    <w:p>
      <w:pPr>
        <w:spacing w:after="140"/>
      </w:pPr>
      <w:r>
        <w:rPr>
          <w:b/>
        </w:rPr>
        <w:t xml:space="preserve">Contact and organization  </w:t>
      </w:r>
      <w:r>
        <w:t>Alex, Training Client   Cedar Room workshop</w:t>
      </w:r>
    </w:p>
    <w:p>
      <w:pPr>
        <w:spacing w:after="140"/>
      </w:pPr>
      <w:r>
        <w:rPr>
          <w:b/>
        </w:rPr>
        <w:t xml:space="preserve">Reply details  </w:t>
      </w:r>
      <w:r>
        <w:t>cedar-room@example.com   Phone not supplied</w:t>
      </w:r>
    </w:p>
    <w:p>
      <w:pPr>
        <w:spacing w:after="140"/>
      </w:pPr>
      <w:r>
        <w:rPr>
          <w:b/>
        </w:rPr>
        <w:t xml:space="preserve">Event name and purpose  </w:t>
      </w:r>
      <w:r>
        <w:t>Cedar Room training lunch   Workshop lunch</w:t>
      </w:r>
    </w:p>
    <w:p>
      <w:pPr>
        <w:spacing w:after="140"/>
      </w:pPr>
      <w:r>
        <w:rPr>
          <w:b/>
        </w:rPr>
        <w:t xml:space="preserve">Event date  </w:t>
      </w:r>
      <w:r>
        <w:t>November 16, 2026</w:t>
      </w:r>
    </w:p>
    <w:p>
      <w:pPr>
        <w:spacing w:after="140"/>
      </w:pPr>
      <w:r>
        <w:rPr>
          <w:b/>
        </w:rPr>
        <w:t xml:space="preserve">Service time and timezone  </w:t>
      </w:r>
      <w:r>
        <w:t>12:30   America/Edmonton</w:t>
      </w:r>
    </w:p>
    <w:p>
      <w:pPr>
        <w:spacing w:after="140"/>
      </w:pPr>
      <w:r>
        <w:rPr>
          <w:b/>
        </w:rPr>
        <w:t xml:space="preserve">Guest count  </w:t>
      </w:r>
      <w:r>
        <w:t>50 initially requested   Estimate   Confirm before issuing the quote</w:t>
      </w:r>
    </w:p>
    <w:p>
      <w:pPr>
        <w:pStyle w:val="Heading1"/>
      </w:pPr>
      <w:r>
        <w:t>Location and service</w:t>
      </w:r>
    </w:p>
    <w:p>
      <w:pPr>
        <w:spacing w:after="140"/>
      </w:pPr>
      <w:r>
        <w:rPr>
          <w:b/>
        </w:rPr>
        <w:t xml:space="preserve">Venue and address  </w:t>
      </w:r>
      <w:r>
        <w:t>Cedar Room training venue   Fictional address pending confirmation</w:t>
      </w:r>
    </w:p>
    <w:p>
      <w:pPr>
        <w:spacing w:after="140"/>
      </w:pPr>
      <w:r>
        <w:rPr>
          <w:b/>
        </w:rPr>
        <w:t xml:space="preserve">Arrival and access  </w:t>
      </w:r>
      <w:r>
        <w:t>Proposed arrival 12:00   Loading and setup access to confirm</w:t>
      </w:r>
    </w:p>
    <w:p>
      <w:pPr>
        <w:spacing w:after="140"/>
      </w:pPr>
      <w:r>
        <w:rPr>
          <w:b/>
        </w:rPr>
        <w:t xml:space="preserve">Service requested  </w:t>
      </w:r>
      <w:r>
        <w:t>Drop-off lunch   Collection and staffing scope to confirm</w:t>
      </w:r>
    </w:p>
    <w:p>
      <w:pPr>
        <w:spacing w:after="140"/>
      </w:pPr>
      <w:r>
        <w:rPr>
          <w:b/>
        </w:rPr>
        <w:t xml:space="preserve">Finish and collection  </w:t>
      </w:r>
      <w:r>
        <w:t>To confirm</w:t>
      </w:r>
    </w:p>
    <w:p>
      <w:r>
        <w:br w:type="page"/>
      </w:r>
    </w:p>
    <w:p>
      <w:pPr>
        <w:pStyle w:val="Title"/>
      </w:pPr>
      <w:r>
        <w:t>Prepare the quote</w:t>
      </w:r>
    </w:p>
    <w:p>
      <w:pPr>
        <w:pStyle w:val="Heading1"/>
      </w:pPr>
      <w:r>
        <w:t>Menu and requirements</w:t>
      </w:r>
    </w:p>
    <w:p>
      <w:pPr>
        <w:spacing w:after="140"/>
      </w:pPr>
      <w:r>
        <w:rPr>
          <w:b/>
        </w:rPr>
        <w:t xml:space="preserve">Requested menu and quantities  </w:t>
      </w:r>
      <w:r>
        <w:t>50 lunches requested initially   48 standard and 2 vegetarian alternatives requested for operator review</w:t>
      </w:r>
    </w:p>
    <w:p>
      <w:pPr>
        <w:spacing w:after="140"/>
      </w:pPr>
      <w:r>
        <w:rPr>
          <w:b/>
        </w:rPr>
        <w:t xml:space="preserve">Dietary requests  </w:t>
      </w:r>
      <w:r>
        <w:t>Two vegetarian alternatives requested; allergy details and suitability still to confirm with the responsible caterer</w:t>
      </w:r>
    </w:p>
    <w:p>
      <w:pPr>
        <w:spacing w:after="140"/>
      </w:pPr>
      <w:r>
        <w:rPr>
          <w:b/>
        </w:rPr>
        <w:t xml:space="preserve">Staff and equipment responsibilities  </w:t>
      </w:r>
      <w:r>
        <w:t>Caterer and customer responsibilities to confirm before quoting</w:t>
      </w:r>
    </w:p>
    <w:p>
      <w:r>
        <w:t>Dietary requests need review by the responsible caterer. Recording a request does not establish that a dish is suitable. Keep completed forms private and share only the details each role needs.</w:t>
      </w:r>
    </w:p>
    <w:p>
      <w:pPr>
        <w:pStyle w:val="Heading1"/>
      </w:pPr>
      <w:r>
        <w:t>Budget and quote preparation</w:t>
      </w:r>
    </w:p>
    <w:p>
      <w:pPr>
        <w:spacing w:after="140"/>
      </w:pPr>
      <w:r>
        <w:rPr>
          <w:b/>
        </w:rPr>
        <w:t xml:space="preserve">Requested budget and currency  </w:t>
      </w:r>
      <w:r>
        <w:t>To confirm   CAD proposed for the exercise   Whole-event budget not supplied</w:t>
      </w:r>
    </w:p>
    <w:p>
      <w:pPr>
        <w:spacing w:after="140"/>
      </w:pPr>
      <w:r>
        <w:rPr>
          <w:b/>
        </w:rPr>
        <w:t xml:space="preserve">What the budget includes  </w:t>
      </w:r>
      <w:r>
        <w:t>To confirm; do not assume delivery, equipment or taxes are included</w:t>
      </w:r>
    </w:p>
    <w:p>
      <w:pPr>
        <w:spacing w:after="140"/>
      </w:pPr>
      <w:r>
        <w:rPr>
          <w:b/>
        </w:rPr>
        <w:t xml:space="preserve">Quote deadline  </w:t>
      </w:r>
      <w:r>
        <w:t>To confirm with the coordinator</w:t>
      </w:r>
    </w:p>
    <w:p>
      <w:pPr>
        <w:spacing w:after="140"/>
      </w:pPr>
      <w:r>
        <w:rPr>
          <w:b/>
        </w:rPr>
        <w:t xml:space="preserve">Approving contact  </w:t>
      </w:r>
      <w:r>
        <w:t>Coordinator's authority to approve is to confirm</w:t>
      </w:r>
    </w:p>
    <w:p>
      <w:r>
        <w:t>A requested budget is planning information, not a quoted price. Keep your costs, margins and internal notes on a separate working sheet. Do not collect card details in this questionnaire.</w:t>
      </w:r>
    </w:p>
    <w:p>
      <w:pPr>
        <w:pStyle w:val="Heading1"/>
      </w:pPr>
      <w:r>
        <w:t>Details to confirm</w:t>
      </w:r>
    </w:p>
    <w:p>
      <w:pPr>
        <w:spacing w:after="140"/>
      </w:pPr>
      <w:r>
        <w:rPr>
          <w:b/>
        </w:rPr>
        <w:t xml:space="preserve">Open question one  </w:t>
      </w:r>
      <w:r>
        <w:t>Confirm final count, requested menu and dietary requirements   Coordinator and caterer   Before quote approval</w:t>
      </w:r>
    </w:p>
    <w:p>
      <w:pPr>
        <w:spacing w:after="140"/>
      </w:pPr>
      <w:r>
        <w:rPr>
          <w:b/>
        </w:rPr>
        <w:t xml:space="preserve">Open question two  </w:t>
      </w:r>
      <w:r>
        <w:t>Confirm address, access, service responsibilities, finish and collection   Coordinator   Before booking is finalized</w:t>
      </w:r>
    </w:p>
    <w:p>
      <w:pPr>
        <w:spacing w:after="140"/>
      </w:pPr>
      <w:r>
        <w:rPr>
          <w:b/>
        </w:rPr>
        <w:t xml:space="preserve">Next action  </w:t>
      </w:r>
      <w:r>
        <w:t>Ask for missing details, then prepare a quote for review   Catering owner   No booking or payment confirmed</w:t>
      </w:r>
    </w:p>
    <w:p>
      <w:r>
        <w:t>Review the completed information before quoting. Confirm the scope, price and terms separately. For a manual document, updates and sharing are your responsibility.</w:t>
      </w:r>
    </w:p>
    <w:p>
      <w:r>
        <w:t>Editable Word and print-only PDF. This manual document does not send information to CaterScale or update the app.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/>
      <w:outlineLvl w:val="0"/>
    </w:pPr>
    <w:rPr>
      <w:rFonts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20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0" w:line="240" w:lineRule="auto"/>
      <w:contextualSpacing/>
    </w:pPr>
    <w:rPr>
      <w:rFonts w:ascii="Georgia" w:hAnsi="Georg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200"/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inquiry questionnaire</dc:title>
  <dc:subject>Fictional filled example</dc:subject>
  <dc:creator>CaterScale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