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quote template</w:t>
      </w:r>
    </w:p>
    <w:p>
      <w:r>
        <w:t>Replace the bracketed fields with your own details, prices and terms. Check the figures before sharing. This file does not calculate totals or collect approval or payment.</w:t>
      </w:r>
    </w:p>
    <w:p>
      <w:r>
        <w:rPr>
          <w:b/>
        </w:rPr>
        <w:t xml:space="preserve">Business  </w:t>
      </w:r>
      <w:r>
        <w:t>[Business name, address, email and phone]</w:t>
      </w:r>
    </w:p>
    <w:p>
      <w:r>
        <w:rPr>
          <w:b/>
        </w:rPr>
        <w:t xml:space="preserve">Quote  </w:t>
      </w:r>
      <w:r>
        <w:t>[Quote reference]   Revision [number]   Prepared [date]</w:t>
      </w:r>
    </w:p>
    <w:p>
      <w:r>
        <w:rPr>
          <w:b/>
        </w:rPr>
        <w:t xml:space="preserve">Status  </w:t>
      </w:r>
      <w:r>
        <w:t>[Draft / Sent / Approved / Superseded]   Currency [code]</w:t>
      </w:r>
    </w:p>
    <w:p>
      <w:pPr>
        <w:pStyle w:val="Heading1"/>
      </w:pPr>
      <w:r>
        <w:t>Client and event</w:t>
      </w:r>
    </w:p>
    <w:p>
      <w:r>
        <w:rPr>
          <w:b/>
        </w:rPr>
        <w:t xml:space="preserve">Prepared for  </w:t>
      </w:r>
      <w:r>
        <w:t>[Client or organization]   Contact [name, email and phone]</w:t>
      </w:r>
    </w:p>
    <w:p>
      <w:r>
        <w:rPr>
          <w:b/>
        </w:rPr>
        <w:t xml:space="preserve">Event  </w:t>
      </w:r>
      <w:r>
        <w:t>[Event name]   Date [date]   Service time [time]</w:t>
      </w:r>
    </w:p>
    <w:p>
      <w:r>
        <w:rPr>
          <w:b/>
        </w:rPr>
        <w:t xml:space="preserve">Venue  </w:t>
      </w:r>
      <w:r>
        <w:t>[Venue name and full address]</w:t>
      </w:r>
    </w:p>
    <w:p>
      <w:r>
        <w:rPr>
          <w:b/>
        </w:rPr>
        <w:t xml:space="preserve">Service  </w:t>
      </w:r>
      <w:r>
        <w:t>[Drop off / Staffed / Collection and included scope]</w:t>
      </w:r>
    </w:p>
    <w:p>
      <w:r>
        <w:rPr>
          <w:b/>
        </w:rPr>
        <w:t xml:space="preserve">Guest count  </w:t>
      </w:r>
      <w:r>
        <w:t>[number]   Quantity basis [per guest / per tray / fixed]</w:t>
      </w:r>
    </w:p>
    <w:p>
      <w:pPr>
        <w:pStyle w:val="Heading1"/>
      </w:pPr>
      <w:r>
        <w:t>Menu and quantities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1296"/>
        <w:gridCol w:w="1944"/>
        <w:gridCol w:w="2016"/>
      </w:tblGrid>
      <w:tr>
        <w:trPr>
          <w:cantSplit/>
          <w:tblHeader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Menu item and description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Quantity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Unit price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Line total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[Item and included service]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[price]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[total]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[Item and included service]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[price]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[total]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[Item and included service]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[qty]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[price]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[total]</w:t>
            </w:r>
          </w:p>
        </w:tc>
      </w:tr>
    </w:tbl>
    <w:p>
      <w:pPr>
        <w:pStyle w:val="Heading1"/>
      </w:pPr>
      <w:r>
        <w:t>Quote total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48"/>
        <w:gridCol w:w="2376"/>
      </w:tblGrid>
      <w:tr>
        <w:trPr>
          <w:cantSplit/>
          <w:tblHeader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Charge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Amount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Menu subtotal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[amount]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Delivery fee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[amount]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Other fees with description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[amount]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Discount with description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[amount]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Tax basis and rate [specify]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[amount]</w:t>
            </w:r>
          </w:p>
        </w:tc>
      </w:tr>
      <w:tr>
        <w:trPr>
          <w:cantSplit/>
        </w:trPr>
        <w:tc>
          <w:tcPr>
            <w:tcW w:type="dxa" w:w="78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Total in [currency]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[amount]</w:t>
            </w:r>
          </w:p>
        </w:tc>
      </w:tr>
    </w:tbl>
    <w:p>
      <w:r>
        <w:br w:type="page"/>
      </w:r>
    </w:p>
    <w:p>
      <w:pPr>
        <w:pStyle w:val="Title"/>
      </w:pPr>
      <w:r>
        <w:t>Terms and response</w:t>
      </w:r>
    </w:p>
    <w:p>
      <w:r>
        <w:rPr>
          <w:b/>
        </w:rPr>
        <w:t xml:space="preserve">Quote reference  </w:t>
      </w:r>
      <w:r>
        <w:t>[reference]   Revision [number]   Prepared [date]</w:t>
      </w:r>
    </w:p>
    <w:p>
      <w:pPr>
        <w:pStyle w:val="Heading1"/>
      </w:pPr>
      <w:r>
        <w:t>Your business terms</w:t>
      </w:r>
    </w:p>
    <w:p>
      <w:r>
        <w:t>Add the terms that apply to this booking. Remove prompts that do not apply and review your wording before sharing.</w:t>
      </w:r>
    </w:p>
    <w:p>
      <w:r>
        <w:rPr>
          <w:b/>
        </w:rPr>
        <w:t xml:space="preserve">Included service and exclusions  </w:t>
      </w:r>
      <w:r>
        <w:t>[Scope, delivery window and any agreed exclusions]</w:t>
      </w:r>
    </w:p>
    <w:p>
      <w:r>
        <w:t>________________________________________________________________________</w:t>
      </w:r>
    </w:p>
    <w:p>
      <w:r>
        <w:rPr>
          <w:b/>
        </w:rPr>
        <w:t xml:space="preserve">Guest count and changes  </w:t>
      </w:r>
      <w:r>
        <w:t>[Your final count deadline and process for revisions]</w:t>
      </w:r>
    </w:p>
    <w:p>
      <w:r>
        <w:t>________________________________________________________________________</w:t>
      </w:r>
    </w:p>
    <w:p>
      <w:r>
        <w:rPr>
          <w:b/>
        </w:rPr>
        <w:t xml:space="preserve">Payment and cancellation terms  </w:t>
      </w:r>
      <w:r>
        <w:t>[Your own payment schedule and cancellation terms]</w:t>
      </w:r>
    </w:p>
    <w:p>
      <w:r>
        <w:t>________________________________________________________________________</w:t>
      </w:r>
    </w:p>
    <w:p>
      <w:r>
        <w:rPr>
          <w:b/>
        </w:rPr>
        <w:t xml:space="preserve">Other agreed terms  </w:t>
      </w:r>
      <w:r>
        <w:t>[Business-specific terms and quote validity, if applicable]</w:t>
      </w:r>
    </w:p>
    <w:p>
      <w:r>
        <w:t>________________________________________________________________________</w:t>
      </w:r>
    </w:p>
    <w:p>
      <w:pPr>
        <w:pStyle w:val="Heading1"/>
      </w:pPr>
      <w:r>
        <w:t>Approval record</w:t>
      </w:r>
    </w:p>
    <w:p>
      <w:r>
        <w:rPr>
          <w:b/>
        </w:rPr>
        <w:t xml:space="preserve">Quote status  </w:t>
      </w:r>
      <w:r>
        <w:t>[Awaiting response / Approved / Changes requested]</w:t>
      </w:r>
    </w:p>
    <w:p>
      <w:r>
        <w:rPr>
          <w:b/>
        </w:rPr>
        <w:t xml:space="preserve">Response recorded  </w:t>
      </w:r>
      <w:r>
        <w:t>[Name, date, revision and reference to the customer response]</w:t>
      </w:r>
    </w:p>
    <w:p>
      <w:r>
        <w:t>Retain the customer response with this exact revision. Keep earlier approved copies when preparing a replacement.</w:t>
      </w:r>
    </w:p>
    <w:p>
      <w:pPr>
        <w:pStyle w:val="Heading1"/>
      </w:pPr>
      <w:r>
        <w:t>Payment record</w:t>
      </w:r>
    </w:p>
    <w:p>
      <w:r>
        <w:rPr>
          <w:b/>
        </w:rPr>
        <w:t xml:space="preserve">Requested deposit  </w:t>
      </w:r>
      <w:r>
        <w:t>[Rate or fixed amount]   Due [your agreed date]</w:t>
      </w:r>
    </w:p>
    <w:p>
      <w:r>
        <w:rPr>
          <w:b/>
        </w:rPr>
        <w:t xml:space="preserve">Payment status  </w:t>
      </w:r>
      <w:r>
        <w:t>[Not requested / Awaiting payment / Part paid / Paid]</w:t>
      </w:r>
    </w:p>
    <w:p>
      <w:r>
        <w:rPr>
          <w:b/>
        </w:rPr>
        <w:t xml:space="preserve">Amount received  </w:t>
      </w:r>
      <w:r>
        <w:t>[Amount]   Date and reference [details]</w:t>
      </w:r>
    </w:p>
    <w:p>
      <w:r>
        <w:t>Approval does not establish payment. Record only amounts actually received. A requested deposit is part of the quote total, not an extra charge.</w:t>
      </w:r>
    </w:p>
    <w:p>
      <w:r>
        <w:t>This is an editable document template, not a legally reviewed contract or an automatic signature or payment service.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quote template</dc:title>
  <dc:subject>Reusable catering quote template</dc:subject>
  <dc:creator>CaterScale</dc:creator>
  <cp:keywords>catering quote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